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Archive and Preservation Specification</w:t>
      </w:r>
    </w:p>
    <w:p>
      <w:pPr>
        <w:spacing w:after="160"/>
      </w:pPr>
      <w:r>
        <w:rPr>
          <w:i/>
          <w:color w:val="5F6875"/>
        </w:rPr>
        <w:t>Defines what survives, where copies live, who maintains them, and whether restoration works.</w:t>
      </w:r>
    </w:p>
    <w:p>
      <w:r>
        <w:rPr>
          <w:b/>
        </w:rPr>
        <w:t xml:space="preserve">How to use: </w:t>
      </w:r>
      <w:r>
        <w:t>Accept or replace each recommended value. Complete the amber column, issue the document to the named recipients, and retain the approved revision.</w:t>
      </w:r>
    </w:p>
    <w:p>
      <w:pPr>
        <w:pStyle w:val="Heading2"/>
        <w:keepNext/>
      </w:pPr>
      <w:r>
        <w:t>Document control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Show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Full project title and short production code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Spec ID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PROJECT-ARCHIVE-SPEC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Revision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v001. Increment for every issued change.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Issued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ISO date and time with time zone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Effective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Immediately unless a future handoff is named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Supersedes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None for the first issue. Otherwise, name the prior revision.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Prepared by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person, role, company, and contact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Approved by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production and technical approvers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Issued to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people and companies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Acknowledgment record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Recipient, date, revision received, and exceptions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Authoritative location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One production-controlled file or record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p>
      <w:pPr>
        <w:pStyle w:val="Heading2"/>
        <w:keepNext/>
      </w:pPr>
      <w:r>
        <w:t>Specification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Archive scope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Camera originals, production audio, editorial projects, VFX finals, contracted scene files and elements, DI project, sound masters, approved picture masters, textless elements, captions, configurations, fonts, manifests, and documentation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Preservation layers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Original sources, reconstruction materials, and approved masters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Minimum funded tier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Camera originals and production audio, approved picture and sound masters, VFX finals, current editorial and finishing projects, pipeline dependencies, manifests, checksums, and restore instructions.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Minimum copy rule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Keep two verified copies of the minimum funded tier in separate locations.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Expanded tier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3-2-1 with three copies, two media types, and one geographically separate copy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Copy locations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media, physical or cloud location, custodian, and access method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Storage medium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 drive, LTO generation, object storage class, or managed archive service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Encryption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 method, key custodian, recovery process, and emergency access contact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Vendor retention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Record each vendor's deletion date and move required material before that date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Retention period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Indefinite for irreplaceable originals and approved masters. Record shorter periods and reasons for working media.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Migration responsibility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person or company, funding source, review interval, and next migration date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Production-entity closure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 the person or company that receives custody if the production entity closes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Rights and access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Record rights holder, authorized requestors, distributor rights, and lab-access instructions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Integrity method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Per-file SHA-256 or MHL with algorithm and tool version recorded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Restore test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Restore one representative project, image sequence, audio file, and master from each storage tier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Restore result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Date, source copy, destination, checksum comparison, missing dependencies, and reviewer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979" w:left="144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F6875"/>
        <w:sz w:val="16"/>
      </w:rPr>
      <w:t>divfx.tashitrieu.com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F6875"/>
        <w:sz w:val="15"/>
      </w:rPr>
      <w:t>DI | VFX FOR MODERN INDEPENDENT FILM PRODUCTION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17243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