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Mastering and Delivery Specification</w:t>
      </w:r>
    </w:p>
    <w:p>
      <w:pPr>
        <w:spacing w:after="160"/>
      </w:pPr>
      <w:r>
        <w:rPr>
          <w:i/>
          <w:color w:val="5F6875"/>
        </w:rPr>
        <w:t>Defines approved sources and outputs for exhibition, delivery, accessibility, and later versioning.</w:t>
      </w:r>
    </w:p>
    <w:p>
      <w:r>
        <w:rPr>
          <w:b/>
        </w:rPr>
        <w:t xml:space="preserve">How to use: </w:t>
      </w:r>
      <w:r>
        <w:t>Accept or replace each recommended value. Complete the amber column, issue the document to the named recipients, and retain the approved revision.</w:t>
      </w:r>
    </w:p>
    <w:p>
      <w:pPr>
        <w:pStyle w:val="Heading2"/>
        <w:keepNext/>
      </w:pPr>
      <w:r>
        <w:t>Document control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</w:tblPr>
      <w:tblGrid>
        <w:gridCol w:w="1800"/>
        <w:gridCol w:w="4800"/>
        <w:gridCol w:w="2760"/>
      </w:tblGrid>
      <w:tr>
        <w:trPr>
          <w:tblHeader w:val="true"/>
        </w:trPr>
        <w:tc>
          <w:tcPr>
            <w:tcW w:type="dxa" w:w="1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Field or test</w:t>
            </w:r>
          </w:p>
        </w:tc>
        <w:tc>
          <w:tcPr>
            <w:tcW w:type="dxa" w:w="4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Recommended default or requirement</w:t>
            </w:r>
          </w:p>
        </w:tc>
        <w:tc>
          <w:tcPr>
            <w:tcW w:type="dxa" w:w="276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Production value or result</w:t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Show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Full project title and short production code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Spec ID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PROJECT-MASTERING-DELIVERY-SPEC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Revision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v001. Increment for every issued change.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Issued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ISO date and time with time zone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Effective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Immediately unless a future handoff is named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Supersedes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None for the first issue. Otherwise, name the prior revision.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Prepared by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person, role, company, and contact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Approved by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production and technical approvers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Issued to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people and companies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Acknowledgment record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Recipient, date, revision received, and exceptions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Authoritative location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One production-controlled file or record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/>
    <w:p>
      <w:pPr>
        <w:pStyle w:val="Heading2"/>
        <w:keepNext/>
      </w:pPr>
      <w:r>
        <w:t>Specification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</w:tblPr>
      <w:tblGrid>
        <w:gridCol w:w="1800"/>
        <w:gridCol w:w="4800"/>
        <w:gridCol w:w="2760"/>
      </w:tblGrid>
      <w:tr>
        <w:trPr>
          <w:tblHeader w:val="true"/>
        </w:trPr>
        <w:tc>
          <w:tcPr>
            <w:tcW w:type="dxa" w:w="1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Field or test</w:t>
            </w:r>
          </w:p>
        </w:tc>
        <w:tc>
          <w:tcPr>
            <w:tcW w:type="dxa" w:w="4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Recommended default or requirement</w:t>
            </w:r>
          </w:p>
        </w:tc>
        <w:tc>
          <w:tcPr>
            <w:tcW w:type="dxa" w:w="276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Production value or result</w:t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Approved source picture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Stable asset ID, revision, frame range, state, and checksum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Approved source sound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Stereo and available 5.1 printmaster IDs, revisions, rate, length, channel order, and checksums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Deliverables matrix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One row per required master or package with recipient, purpose, due date, source IDs, technical target, text state, audio, QC, and acceptance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Audio matrix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One row per mix, stem, M&amp;E, or optional with layout, language, sample rate, bit depth, loudness target, and source ID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Text and accessibility matrix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One row per subtitle, caption, CCAP, OCAP, forced narrative, or localized graphic with language, territory, format, and QC state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Core video master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UHD ProRes 4444 texted Rec.709 SDR at the native frame rate and intended aspect ratio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Uncompressed image master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16-bit TIFF image sequence when funded for archival and downstream mastering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Textless elements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Complete clean shots, cut-to-cut, for every shot containing removable text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Review screener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HD H.264 QuickTime Rec.709 with stereo audio on a password-protected link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Festival and private exhibition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Not included unless an exhibition is planned. When required, create an unencrypted SMPTE or Bv2.1 DCP with the approved picture, sound, subtitles, and accessibility tracks required by the venue.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DCP frame rate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Not applicable without a DCP. For a 23.976-origin feature, re-clock the same picture frames at 24.000 fps. Runtime becomes 0.1% shorter, about 5.4 seconds per 90 minutes. Use another whole-frame rate only when the authoring and playback specification supports it.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DCP audio conversion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Not applicable without a DCP. Obtain a matching 24.000 printmaster from the re-recording mixer. A straight 23.976-to-24.000 speed change raises pitch about 1.7 cents unless pitch correction is applied.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Captions and subtitles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Start by picture lock. Record languages, forced narratives, CCAP, OCAP, subtitle assets, and human QC.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HDR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Not included in the internal baseline. Add only with funded mastering, monitoring, metadata, trims, and QC.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IMF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Supplement upon sale when the recipient supplies an application and package specification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Naming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Project, purpose, target, text state, language, revision, and extension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Package type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 DCP, IMF, flat-file delivery, or other recipient package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Validation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Record automated validation tool, version, report, human playback QC, and disposition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QC correction window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At least two business days between final playback QC and shipment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Recipient acceptance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Delivered-to, received-by, date, exceptions, final state, and acceptance record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Master lineage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Record every deliverable's source picture, source sound, transforms, text state, and derivation order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979" w:left="144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F6875"/>
        <w:sz w:val="16"/>
      </w:rPr>
      <w:t>divfx.tashitrieu.com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5F6875"/>
        <w:sz w:val="15"/>
      </w:rPr>
      <w:t>DI | VFX FOR MODERN INDEPENDENT FILM PRODUCTION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Calibri" w:hAnsi="Calibri"/>
      <w:color w:val="17243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