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On-Set VFX Data and Elements Specification</w:t>
      </w:r>
    </w:p>
    <w:p>
      <w:pPr>
        <w:spacing w:after="160"/>
      </w:pPr>
      <w:r>
        <w:rPr>
          <w:i/>
          <w:color w:val="5F6875"/>
        </w:rPr>
        <w:t>Defines the reference, survey, and element package that the VFX team logs for each setup.</w:t>
      </w:r>
    </w:p>
    <w:p>
      <w:r>
        <w:rPr>
          <w:b/>
        </w:rPr>
        <w:t xml:space="preserve">How to use: </w:t>
      </w:r>
      <w:r>
        <w:t>Accept or replace each recommended value. Complete the amber column, issue the document to the named recipients, and retain the approved revision.</w:t>
      </w:r>
    </w:p>
    <w:p>
      <w:pPr>
        <w:pStyle w:val="Heading2"/>
        <w:keepNext/>
      </w:pPr>
      <w:r>
        <w:t>Document control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Show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Full project title and short production code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Spec ID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PROJECT-VFX-SET-DATA-SPEC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Revision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v001. Increment for every issued change.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ISO date and time with time zone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Effective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Immediately unless a future handoff is named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Supersedes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None for the first issue. Otherwise, name the prior revision.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Prepared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person, role, company, and contact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Approved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production and technical approvers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 to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people and companies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Acknowledgment record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Recipient, date, revision received, and exceptions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Authoritative location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production-controlled file or record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p>
      <w:pPr>
        <w:pStyle w:val="Heading2"/>
        <w:keepNext/>
      </w:pPr>
      <w:r>
        <w:t>Specification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Shot or setup list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VFX breakdown with one row per required reference or element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Lens grids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Capture the relevant lens, focal length, focus distance, stop, squeeze, and camera mode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Chrome and diffuse spheres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before the setup changes when lighting reconstruction requires them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Color chart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under the setup lighting and identify the chart model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HDRI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bracket count, spacing, lens, nodal method, orientation, and merge responsibility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Survey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LiDAR, photogrammetry, Gaussian-splatting capture, measurements, coordinate system, units, camera position, and height as required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Camera and lens metadata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Camera, clip, lens, focal length, focus, iris, camera position, height, shutter, and available i/Technology or lens-system data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Witness cameras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camera ID, frame rate, timecode or sync method, position, lens, and media path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Clean plates and elements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full-shot range, camera settings, intended use, and relationship to the principal take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Tracking markers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placement, removal scope, and any production-design features intended to support tracking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Naming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Project, sequence, shot or setup, element type, camera, and revision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Destination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Production-controlled set-data directory linked from the VFX shot record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Inventory and checksum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manifest for every delivered reference and element package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Missing material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 the missing item, affected shots, recovery plan, cost, and approver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F6875"/>
        <w:sz w:val="16"/>
      </w:rPr>
      <w:t>divfx.tashitrieu.com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F6875"/>
        <w:sz w:val="15"/>
      </w:rPr>
      <w:t>DI | VFX FOR MODERN INDEPENDENT FILM PRODUCTION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17243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